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63F192" w14:textId="77777777" w:rsidR="00407CF5" w:rsidRDefault="00EE1A4D">
      <w:pPr>
        <w:spacing w:after="6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0888797" wp14:editId="20C68ACB">
            <wp:extent cx="960120" cy="9601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iginal_logo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376AF1" w14:textId="77777777" w:rsidR="00407CF5" w:rsidRDefault="00EE1A4D">
      <w:pPr>
        <w:spacing w:after="20"/>
        <w:jc w:val="center"/>
      </w:pPr>
      <w:r>
        <w:rPr>
          <w:b/>
          <w:sz w:val="28"/>
        </w:rPr>
        <w:t>CONSENTIMIENTO INFORMADO Y AUTORIZACIÓN</w:t>
      </w:r>
    </w:p>
    <w:p w14:paraId="310E97F6" w14:textId="77777777" w:rsidR="00407CF5" w:rsidRDefault="00EE1A4D">
      <w:pPr>
        <w:spacing w:after="20"/>
        <w:jc w:val="center"/>
      </w:pPr>
      <w:r>
        <w:rPr>
          <w:b/>
          <w:sz w:val="24"/>
        </w:rPr>
        <w:t>DEL PROPIETARIO O RESPONSABLE DEL ANIMAL</w:t>
      </w:r>
    </w:p>
    <w:p w14:paraId="17E88E3D" w14:textId="77777777" w:rsidR="00407CF5" w:rsidRDefault="00EE1A4D">
      <w:pPr>
        <w:spacing w:after="20"/>
        <w:jc w:val="center"/>
      </w:pPr>
      <w:r>
        <w:rPr>
          <w:b/>
          <w:sz w:val="22"/>
        </w:rPr>
        <w:t>ANIMALES DE COMPAÑÍA / MASCOTAS</w:t>
      </w:r>
    </w:p>
    <w:p w14:paraId="4FA573C8" w14:textId="77777777" w:rsidR="00407CF5" w:rsidRDefault="00EE1A4D">
      <w:pPr>
        <w:spacing w:after="200"/>
        <w:jc w:val="center"/>
      </w:pPr>
      <w:r>
        <w:rPr>
          <w:b/>
          <w:sz w:val="21"/>
        </w:rPr>
        <w:t>Comité Institucional de Cuidado y Uso de Animales (CICUA-UST)</w:t>
      </w:r>
    </w:p>
    <w:p w14:paraId="19578D49" w14:textId="77777777" w:rsidR="00407CF5" w:rsidRDefault="00EE1A4D">
      <w:pPr>
        <w:spacing w:before="140" w:after="80"/>
      </w:pPr>
      <w:r>
        <w:rPr>
          <w:b/>
          <w:sz w:val="22"/>
        </w:rPr>
        <w:t>1. IDENTIFICACIÓN DEL PROYECTO</w:t>
      </w:r>
    </w:p>
    <w:p w14:paraId="4ED3E3E3" w14:textId="77777777" w:rsidR="00407CF5" w:rsidRDefault="00EE1A4D">
      <w:pPr>
        <w:ind w:firstLine="317"/>
        <w:jc w:val="both"/>
      </w:pPr>
      <w:r>
        <w:t xml:space="preserve">Título de la investigación: </w:t>
      </w:r>
      <w:r>
        <w:t>________________________________________________________________</w:t>
      </w:r>
    </w:p>
    <w:p w14:paraId="31DA6869" w14:textId="77777777" w:rsidR="00407CF5" w:rsidRDefault="00EE1A4D">
      <w:pPr>
        <w:ind w:firstLine="317"/>
        <w:jc w:val="both"/>
      </w:pPr>
      <w:r>
        <w:t>Investigador(a) responsable: ______________________________________________________________</w:t>
      </w:r>
    </w:p>
    <w:p w14:paraId="22E46208" w14:textId="77777777" w:rsidR="00407CF5" w:rsidRDefault="00EE1A4D">
      <w:pPr>
        <w:ind w:firstLine="317"/>
        <w:jc w:val="both"/>
      </w:pPr>
      <w:r>
        <w:t>Correo electrónico: ______________________________  Teléfono: ______________________________</w:t>
      </w:r>
    </w:p>
    <w:p w14:paraId="2E91973D" w14:textId="77777777" w:rsidR="00407CF5" w:rsidRDefault="00EE1A4D">
      <w:pPr>
        <w:ind w:firstLine="317"/>
        <w:jc w:val="both"/>
      </w:pPr>
      <w:r>
        <w:t>Lugar(</w:t>
      </w:r>
      <w:r>
        <w:t>es) donde se realizará la investigación: ______________________________________________</w:t>
      </w:r>
    </w:p>
    <w:p w14:paraId="2263B9D5" w14:textId="77777777" w:rsidR="00407CF5" w:rsidRDefault="00EE1A4D">
      <w:pPr>
        <w:spacing w:before="140" w:after="80"/>
      </w:pPr>
      <w:r>
        <w:rPr>
          <w:b/>
          <w:sz w:val="22"/>
        </w:rPr>
        <w:t>2. IDENTIFICACIÓN DEL PROPIETARIO O RESPONSABLE</w:t>
      </w:r>
    </w:p>
    <w:p w14:paraId="66DCDC78" w14:textId="77777777" w:rsidR="00407CF5" w:rsidRDefault="00EE1A4D">
      <w:pPr>
        <w:ind w:firstLine="317"/>
        <w:jc w:val="both"/>
      </w:pPr>
      <w:r>
        <w:t>Yo, ________________________________________________, identificado(a) con cédula de identidad N.º ______________________</w:t>
      </w:r>
      <w:r>
        <w:t>, declaro ser propietario(a) o responsable del animal identificado a continuación y haber recibido información suficiente para decidir si autorizo su participación en esta investigación.</w:t>
      </w:r>
    </w:p>
    <w:p w14:paraId="4202DB5C" w14:textId="77777777" w:rsidR="00407CF5" w:rsidRDefault="00EE1A4D">
      <w:pPr>
        <w:spacing w:before="140" w:after="80"/>
      </w:pPr>
      <w:r>
        <w:rPr>
          <w:b/>
          <w:sz w:val="22"/>
        </w:rPr>
        <w:t>3. IDENTIFICACIÓN DEL ANIMAL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445"/>
        <w:gridCol w:w="2447"/>
        <w:gridCol w:w="2443"/>
        <w:gridCol w:w="2447"/>
      </w:tblGrid>
      <w:tr w:rsidR="00407CF5" w14:paraId="061172B2" w14:textId="77777777">
        <w:trPr>
          <w:jc w:val="center"/>
        </w:trPr>
        <w:tc>
          <w:tcPr>
            <w:tcW w:w="2448" w:type="dxa"/>
            <w:vAlign w:val="center"/>
          </w:tcPr>
          <w:p w14:paraId="02A62441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Especie</w:t>
            </w:r>
          </w:p>
        </w:tc>
        <w:tc>
          <w:tcPr>
            <w:tcW w:w="2448" w:type="dxa"/>
            <w:vAlign w:val="center"/>
          </w:tcPr>
          <w:p w14:paraId="3AC97E32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  <w:tc>
          <w:tcPr>
            <w:tcW w:w="2448" w:type="dxa"/>
            <w:vAlign w:val="center"/>
          </w:tcPr>
          <w:p w14:paraId="5EFB20ED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Raza</w:t>
            </w:r>
          </w:p>
        </w:tc>
        <w:tc>
          <w:tcPr>
            <w:tcW w:w="2448" w:type="dxa"/>
            <w:vAlign w:val="center"/>
          </w:tcPr>
          <w:p w14:paraId="632B0FFE" w14:textId="77777777" w:rsidR="00407CF5" w:rsidRDefault="00EE1A4D">
            <w:pPr>
              <w:spacing w:after="40"/>
            </w:pPr>
            <w:r>
              <w:rPr>
                <w:sz w:val="19"/>
              </w:rPr>
              <w:t>________</w:t>
            </w:r>
            <w:r>
              <w:rPr>
                <w:sz w:val="19"/>
              </w:rPr>
              <w:t>__________</w:t>
            </w:r>
          </w:p>
        </w:tc>
      </w:tr>
      <w:tr w:rsidR="00407CF5" w14:paraId="5591B9E8" w14:textId="77777777">
        <w:trPr>
          <w:jc w:val="center"/>
        </w:trPr>
        <w:tc>
          <w:tcPr>
            <w:tcW w:w="2448" w:type="dxa"/>
            <w:vAlign w:val="center"/>
          </w:tcPr>
          <w:p w14:paraId="6669CDF6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Nombre</w:t>
            </w:r>
          </w:p>
        </w:tc>
        <w:tc>
          <w:tcPr>
            <w:tcW w:w="2448" w:type="dxa"/>
            <w:vAlign w:val="center"/>
          </w:tcPr>
          <w:p w14:paraId="040F3229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  <w:tc>
          <w:tcPr>
            <w:tcW w:w="2448" w:type="dxa"/>
            <w:vAlign w:val="center"/>
          </w:tcPr>
          <w:p w14:paraId="5603EF90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Sexo</w:t>
            </w:r>
          </w:p>
        </w:tc>
        <w:tc>
          <w:tcPr>
            <w:tcW w:w="2448" w:type="dxa"/>
            <w:vAlign w:val="center"/>
          </w:tcPr>
          <w:p w14:paraId="700A48A4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</w:tr>
      <w:tr w:rsidR="00407CF5" w14:paraId="0062D33E" w14:textId="77777777">
        <w:trPr>
          <w:jc w:val="center"/>
        </w:trPr>
        <w:tc>
          <w:tcPr>
            <w:tcW w:w="2448" w:type="dxa"/>
            <w:vAlign w:val="center"/>
          </w:tcPr>
          <w:p w14:paraId="5295DCB6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Edad</w:t>
            </w:r>
          </w:p>
        </w:tc>
        <w:tc>
          <w:tcPr>
            <w:tcW w:w="2448" w:type="dxa"/>
            <w:vAlign w:val="center"/>
          </w:tcPr>
          <w:p w14:paraId="5A410D61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  <w:tc>
          <w:tcPr>
            <w:tcW w:w="2448" w:type="dxa"/>
            <w:vAlign w:val="center"/>
          </w:tcPr>
          <w:p w14:paraId="0CAB2539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Peso</w:t>
            </w:r>
          </w:p>
        </w:tc>
        <w:tc>
          <w:tcPr>
            <w:tcW w:w="2448" w:type="dxa"/>
            <w:vAlign w:val="center"/>
          </w:tcPr>
          <w:p w14:paraId="1CBFAD2A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</w:tr>
      <w:tr w:rsidR="00407CF5" w14:paraId="69EB7AAC" w14:textId="77777777">
        <w:trPr>
          <w:jc w:val="center"/>
        </w:trPr>
        <w:tc>
          <w:tcPr>
            <w:tcW w:w="2448" w:type="dxa"/>
            <w:vAlign w:val="center"/>
          </w:tcPr>
          <w:p w14:paraId="6A4EA0BA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Identificación/Chip</w:t>
            </w:r>
          </w:p>
        </w:tc>
        <w:tc>
          <w:tcPr>
            <w:tcW w:w="2448" w:type="dxa"/>
            <w:vAlign w:val="center"/>
          </w:tcPr>
          <w:p w14:paraId="6578EA0B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  <w:tc>
          <w:tcPr>
            <w:tcW w:w="2448" w:type="dxa"/>
            <w:vAlign w:val="center"/>
          </w:tcPr>
          <w:p w14:paraId="6AB7947D" w14:textId="77777777" w:rsidR="00407CF5" w:rsidRDefault="00EE1A4D">
            <w:pPr>
              <w:spacing w:after="40"/>
            </w:pPr>
            <w:r>
              <w:rPr>
                <w:b/>
                <w:sz w:val="19"/>
              </w:rPr>
              <w:t>Otra identificación</w:t>
            </w:r>
          </w:p>
        </w:tc>
        <w:tc>
          <w:tcPr>
            <w:tcW w:w="2448" w:type="dxa"/>
            <w:vAlign w:val="center"/>
          </w:tcPr>
          <w:p w14:paraId="1FC88037" w14:textId="77777777" w:rsidR="00407CF5" w:rsidRDefault="00EE1A4D">
            <w:pPr>
              <w:spacing w:after="40"/>
            </w:pPr>
            <w:r>
              <w:rPr>
                <w:sz w:val="19"/>
              </w:rPr>
              <w:t>__________________</w:t>
            </w:r>
          </w:p>
        </w:tc>
      </w:tr>
    </w:tbl>
    <w:p w14:paraId="09CDF746" w14:textId="77777777" w:rsidR="00407CF5" w:rsidRDefault="00EE1A4D">
      <w:pPr>
        <w:spacing w:before="140" w:after="80"/>
      </w:pPr>
      <w:r>
        <w:rPr>
          <w:b/>
          <w:sz w:val="22"/>
        </w:rPr>
        <w:t>4. PROPÓSITO Y PARTICIPACIÓN DEL ANIMAL</w:t>
      </w:r>
    </w:p>
    <w:p w14:paraId="3D93E34A" w14:textId="77777777" w:rsidR="00407CF5" w:rsidRDefault="00EE1A4D">
      <w:pPr>
        <w:ind w:firstLine="317"/>
        <w:jc w:val="both"/>
      </w:pPr>
      <w:r>
        <w:t xml:space="preserve">Se me ha explicado el </w:t>
      </w:r>
      <w:r>
        <w:t>propósito de la investigación, los objetivos del estudio y la razón por la cual se solicita la participación del animal. Comprendo que el animal es el sujeto de investigación y que esta autorización es otorgada por mí, en mi calidad de propietario(a) o res</w:t>
      </w:r>
      <w:r>
        <w:t>ponsable.</w:t>
      </w:r>
    </w:p>
    <w:p w14:paraId="6D8363D3" w14:textId="77777777" w:rsidR="00407CF5" w:rsidRDefault="00EE1A4D">
      <w:pPr>
        <w:ind w:firstLine="317"/>
        <w:jc w:val="both"/>
      </w:pPr>
      <w:r>
        <w:t>Procedimientos que se realizarán al animal: ________________________________________________________________</w:t>
      </w:r>
    </w:p>
    <w:p w14:paraId="64997C9A" w14:textId="77777777" w:rsidR="00407CF5" w:rsidRDefault="00EE1A4D">
      <w:pPr>
        <w:ind w:firstLine="317"/>
        <w:jc w:val="both"/>
      </w:pPr>
      <w:r>
        <w:t>Descripción resumida del procedimiento y de las etapas de participación: ________________________________________</w:t>
      </w:r>
    </w:p>
    <w:p w14:paraId="6F4E0FF6" w14:textId="77777777" w:rsidR="00407CF5" w:rsidRDefault="00EE1A4D">
      <w:pPr>
        <w:ind w:firstLine="317"/>
        <w:jc w:val="both"/>
      </w:pPr>
      <w:r>
        <w:t>_______________________</w:t>
      </w:r>
      <w:r>
        <w:t>___________________________________________________________________________________</w:t>
      </w:r>
    </w:p>
    <w:p w14:paraId="20C73F6A" w14:textId="77777777" w:rsidR="00407CF5" w:rsidRDefault="00EE1A4D">
      <w:pPr>
        <w:spacing w:before="140" w:after="80"/>
      </w:pPr>
      <w:r>
        <w:rPr>
          <w:b/>
          <w:sz w:val="22"/>
        </w:rPr>
        <w:t>5. DURACIÓN Y SEGUIMIENTO</w:t>
      </w:r>
    </w:p>
    <w:p w14:paraId="16D8807B" w14:textId="77777777" w:rsidR="00407CF5" w:rsidRDefault="00EE1A4D">
      <w:pPr>
        <w:ind w:firstLine="317"/>
        <w:jc w:val="both"/>
      </w:pPr>
      <w:r>
        <w:t>La participación del animal tendrá una duración aproximada de ____________________. Se contemplan ______ visitas o controles de seguimiento, según</w:t>
      </w:r>
      <w:r>
        <w:t xml:space="preserve"> el siguiente calendario o esquema: ____________________________________________________________.</w:t>
      </w:r>
    </w:p>
    <w:p w14:paraId="0AC5A04A" w14:textId="77777777" w:rsidR="00407CF5" w:rsidRDefault="00EE1A4D">
      <w:pPr>
        <w:ind w:firstLine="317"/>
        <w:jc w:val="both"/>
      </w:pPr>
      <w:r>
        <w:t>Se me ha informado qué actividades deberá realizar el animal en cada visita y cuánto tiempo aproximado requerirá cada una.</w:t>
      </w:r>
    </w:p>
    <w:p w14:paraId="5AA2F3CC" w14:textId="77777777" w:rsidR="00407CF5" w:rsidRDefault="00EE1A4D">
      <w:pPr>
        <w:spacing w:before="140" w:after="80"/>
      </w:pPr>
      <w:r>
        <w:rPr>
          <w:b/>
          <w:sz w:val="22"/>
        </w:rPr>
        <w:t>6. MUESTRAS BIOLÓGICAS</w:t>
      </w:r>
    </w:p>
    <w:p w14:paraId="386FCCCD" w14:textId="77777777" w:rsidR="00407CF5" w:rsidRDefault="00EE1A4D">
      <w:pPr>
        <w:ind w:firstLine="317"/>
        <w:jc w:val="both"/>
      </w:pPr>
      <w:r>
        <w:t>Las muestras</w:t>
      </w:r>
      <w:r>
        <w:t xml:space="preserve"> que podrían obtenerse del animal son: ____________________________________________________________.</w:t>
      </w:r>
    </w:p>
    <w:p w14:paraId="34109955" w14:textId="77777777" w:rsidR="00407CF5" w:rsidRDefault="00EE1A4D">
      <w:pPr>
        <w:ind w:firstLine="317"/>
        <w:jc w:val="both"/>
      </w:pPr>
      <w:r>
        <w:t>Tipo y cantidad aproximada de muestra: ______________________________________________________________________.</w:t>
      </w:r>
    </w:p>
    <w:p w14:paraId="7BD728F1" w14:textId="77777777" w:rsidR="00407CF5" w:rsidRDefault="00EE1A4D">
      <w:pPr>
        <w:ind w:firstLine="317"/>
        <w:jc w:val="both"/>
      </w:pPr>
      <w:r>
        <w:lastRenderedPageBreak/>
        <w:t>La obtención de muestras se realizará median</w:t>
      </w:r>
      <w:r>
        <w:t>te los procedimientos descritos en el protocolo aprobado, procurando minimizar el dolor, estrés, miedo y cualquier otro impacto innecesario sobre el bienestar del animal.</w:t>
      </w:r>
    </w:p>
    <w:p w14:paraId="084AA84E" w14:textId="77777777" w:rsidR="00407CF5" w:rsidRDefault="00EE1A4D">
      <w:pPr>
        <w:pStyle w:val="Listaconvietas"/>
        <w:spacing w:after="60"/>
        <w:jc w:val="both"/>
      </w:pPr>
      <w:r>
        <w:t>Las muestras serán utilizadas únicamente para los objetivos descritos en este estudio</w:t>
      </w:r>
      <w:r>
        <w:t>.</w:t>
      </w:r>
    </w:p>
    <w:p w14:paraId="33276A77" w14:textId="77777777" w:rsidR="00407CF5" w:rsidRDefault="00EE1A4D">
      <w:pPr>
        <w:pStyle w:val="Listaconvietas"/>
        <w:spacing w:after="60"/>
        <w:jc w:val="both"/>
      </w:pPr>
      <w:r>
        <w:t>Las muestras serán descartadas al finalizar el estudio:  Sí ____  No ____</w:t>
      </w:r>
    </w:p>
    <w:p w14:paraId="0A2C1E91" w14:textId="77777777" w:rsidR="00407CF5" w:rsidRDefault="00EE1A4D">
      <w:pPr>
        <w:pStyle w:val="Listaconvietas"/>
        <w:spacing w:after="60"/>
        <w:jc w:val="both"/>
      </w:pPr>
      <w:r>
        <w:t>Las muestras serán almacenadas para análisis futuros:  Sí ____  No ____</w:t>
      </w:r>
    </w:p>
    <w:p w14:paraId="599D5127" w14:textId="77777777" w:rsidR="00407CF5" w:rsidRDefault="00EE1A4D">
      <w:pPr>
        <w:pStyle w:val="Listaconvietas"/>
        <w:spacing w:after="60"/>
        <w:jc w:val="both"/>
      </w:pPr>
      <w:r>
        <w:t>En caso de almacenamiento o uso futuro, este deberá encontrarse contemplado y aprobado por las instancias ét</w:t>
      </w:r>
      <w:r>
        <w:t>icas correspondientes, de acuerdo con la normativa institucional aplicable.</w:t>
      </w:r>
    </w:p>
    <w:p w14:paraId="033F3304" w14:textId="77777777" w:rsidR="00407CF5" w:rsidRDefault="00EE1A4D">
      <w:pPr>
        <w:spacing w:before="140" w:after="80"/>
      </w:pPr>
      <w:r>
        <w:rPr>
          <w:b/>
          <w:sz w:val="22"/>
        </w:rPr>
        <w:t>7. POSIBLES MOLESTIAS, DOLOR, ESTRÉS O EFECTOS ADVERSOS</w:t>
      </w:r>
    </w:p>
    <w:p w14:paraId="2A94DEDF" w14:textId="77777777" w:rsidR="00407CF5" w:rsidRDefault="00EE1A4D">
      <w:pPr>
        <w:ind w:firstLine="317"/>
        <w:jc w:val="both"/>
      </w:pPr>
      <w:r>
        <w:t>Se me ha informado que los procedimientos podrían producir las siguientes molestias, dolor, estrés, cambios conductuales u o</w:t>
      </w:r>
      <w:r>
        <w:t>tros efectos: ____________________________________________________________________________.</w:t>
      </w:r>
    </w:p>
    <w:p w14:paraId="2C36D041" w14:textId="77777777" w:rsidR="00407CF5" w:rsidRDefault="00EE1A4D">
      <w:pPr>
        <w:ind w:firstLine="317"/>
        <w:jc w:val="both"/>
      </w:pPr>
      <w:r>
        <w:t>Las medidas previstas para prevenir, minimizar o tratar estos efectos son: ________________________________________________________________.</w:t>
      </w:r>
    </w:p>
    <w:p w14:paraId="4DE023C8" w14:textId="77777777" w:rsidR="00407CF5" w:rsidRDefault="00EE1A4D">
      <w:pPr>
        <w:ind w:firstLine="317"/>
        <w:jc w:val="both"/>
      </w:pPr>
      <w:r>
        <w:t xml:space="preserve">Se me ha informado qué </w:t>
      </w:r>
      <w:r>
        <w:t>signos de alarma deben observarse y a quién debo comunicar cualquier evento adverso o cambio en el estado del animal.</w:t>
      </w:r>
    </w:p>
    <w:p w14:paraId="2AC98527" w14:textId="77777777" w:rsidR="00407CF5" w:rsidRDefault="00EE1A4D">
      <w:pPr>
        <w:spacing w:before="140" w:after="80"/>
      </w:pPr>
      <w:r>
        <w:rPr>
          <w:b/>
          <w:sz w:val="22"/>
        </w:rPr>
        <w:t>8. RIESGOS Y MEDIDAS DE PROTECCIÓN DEL BIENESTAR ANIMAL</w:t>
      </w:r>
    </w:p>
    <w:p w14:paraId="1005E650" w14:textId="77777777" w:rsidR="00407CF5" w:rsidRDefault="00EE1A4D">
      <w:pPr>
        <w:ind w:firstLine="317"/>
        <w:jc w:val="both"/>
      </w:pPr>
      <w:r>
        <w:t>Los riesgos previstos asociados a la participación del animal son: _______________</w:t>
      </w:r>
      <w:r>
        <w:t>__________________________________________________.</w:t>
      </w:r>
    </w:p>
    <w:p w14:paraId="4D6146EE" w14:textId="77777777" w:rsidR="00407CF5" w:rsidRDefault="00EE1A4D">
      <w:pPr>
        <w:ind w:firstLine="317"/>
        <w:jc w:val="both"/>
      </w:pPr>
      <w:r>
        <w:t>En caso de presentarse un evento adverso, el animal recibirá la evaluación y atención veterinaria correspondiente por parte de: ________________________________, utilizando los recursos disponibles en: __</w:t>
      </w:r>
      <w:r>
        <w:t>______________________________________________.</w:t>
      </w:r>
    </w:p>
    <w:p w14:paraId="27EAF752" w14:textId="77777777" w:rsidR="00407CF5" w:rsidRDefault="00EE1A4D">
      <w:pPr>
        <w:ind w:firstLine="317"/>
        <w:jc w:val="both"/>
      </w:pPr>
      <w:r>
        <w:t>Cuando corresponda, el protocolo establecerá criterios de detención o retiro del animal, incluyendo criterios humanitarios (human endpoints), con el objetivo de evitar sufrimiento innecesario.</w:t>
      </w:r>
    </w:p>
    <w:p w14:paraId="7C1EDCFA" w14:textId="77777777" w:rsidR="00407CF5" w:rsidRDefault="00EE1A4D">
      <w:pPr>
        <w:spacing w:before="140" w:after="80"/>
      </w:pPr>
      <w:r>
        <w:rPr>
          <w:b/>
          <w:sz w:val="22"/>
        </w:rPr>
        <w:t>9. BENEFICIOS</w:t>
      </w:r>
    </w:p>
    <w:p w14:paraId="47105B01" w14:textId="77777777" w:rsidR="00407CF5" w:rsidRDefault="00EE1A4D">
      <w:pPr>
        <w:ind w:firstLine="317"/>
        <w:jc w:val="both"/>
      </w:pPr>
      <w:r>
        <w:t>S</w:t>
      </w:r>
      <w:r>
        <w:t>e me ha explicado que la participación puede no producir un beneficio directo para mi animal. Los beneficios esperados son: ________________________________.</w:t>
      </w:r>
    </w:p>
    <w:p w14:paraId="59801CB0" w14:textId="77777777" w:rsidR="00407CF5" w:rsidRDefault="00EE1A4D">
      <w:pPr>
        <w:ind w:firstLine="317"/>
        <w:jc w:val="both"/>
      </w:pPr>
      <w:r>
        <w:t>Los posibles beneficios para otros animales, la medicina veterinaria, la salud pública, el conocim</w:t>
      </w:r>
      <w:r>
        <w:t>iento científico o la comunidad son: ________________________________.</w:t>
      </w:r>
    </w:p>
    <w:p w14:paraId="22D97849" w14:textId="77777777" w:rsidR="00407CF5" w:rsidRDefault="00EE1A4D">
      <w:pPr>
        <w:ind w:firstLine="317"/>
        <w:jc w:val="both"/>
      </w:pPr>
      <w:r>
        <w:t>No se considerará como beneficio directo una prestación que el animal tendría de todas formas independientemente de su participación en la investigación.</w:t>
      </w:r>
    </w:p>
    <w:p w14:paraId="0BE85506" w14:textId="77777777" w:rsidR="00407CF5" w:rsidRDefault="00EE1A4D">
      <w:pPr>
        <w:spacing w:before="140" w:after="80"/>
      </w:pPr>
      <w:r>
        <w:rPr>
          <w:b/>
          <w:sz w:val="22"/>
        </w:rPr>
        <w:t>10. REEMBOLSOS O COMPENSACIONES</w:t>
      </w:r>
    </w:p>
    <w:p w14:paraId="6B128C1D" w14:textId="77777777" w:rsidR="00407CF5" w:rsidRDefault="00EE1A4D">
      <w:pPr>
        <w:ind w:firstLine="317"/>
        <w:jc w:val="both"/>
      </w:pPr>
      <w:r>
        <w:t xml:space="preserve">Se me ha informado que por la participación del animal: </w:t>
      </w:r>
    </w:p>
    <w:p w14:paraId="41961292" w14:textId="77777777" w:rsidR="00407CF5" w:rsidRDefault="00EE1A4D">
      <w:pPr>
        <w:pStyle w:val="Listaconvietas"/>
        <w:spacing w:after="60"/>
        <w:jc w:val="both"/>
      </w:pPr>
      <w:r>
        <w:t>No recibiré compensación económica: ____</w:t>
      </w:r>
    </w:p>
    <w:p w14:paraId="35534361" w14:textId="77777777" w:rsidR="00407CF5" w:rsidRDefault="00EE1A4D">
      <w:pPr>
        <w:pStyle w:val="Listaconvietas"/>
        <w:spacing w:after="60"/>
        <w:jc w:val="both"/>
      </w:pPr>
      <w:r>
        <w:t>Se reembolsarán gastos directamente asociados a la participación, tales como: ________________________________</w:t>
      </w:r>
    </w:p>
    <w:p w14:paraId="564CBFFF" w14:textId="77777777" w:rsidR="00407CF5" w:rsidRDefault="00EE1A4D">
      <w:pPr>
        <w:pStyle w:val="Listaconvietas"/>
        <w:spacing w:after="60"/>
        <w:jc w:val="both"/>
      </w:pPr>
      <w:r>
        <w:t xml:space="preserve">Se proporcionará otro apoyo autorizado por el </w:t>
      </w:r>
      <w:r>
        <w:t>proyecto: _________________________________________________</w:t>
      </w:r>
    </w:p>
    <w:p w14:paraId="596E78B8" w14:textId="77777777" w:rsidR="00407CF5" w:rsidRDefault="00EE1A4D">
      <w:pPr>
        <w:ind w:firstLine="317"/>
        <w:jc w:val="both"/>
      </w:pPr>
      <w:r>
        <w:t>Cualquier reembolso o compensación será informado previamente y no condicionará la decisión de autorizar la participación del animal.</w:t>
      </w:r>
    </w:p>
    <w:p w14:paraId="7E1A17F0" w14:textId="77777777" w:rsidR="00407CF5" w:rsidRDefault="00EE1A4D">
      <w:pPr>
        <w:spacing w:before="140" w:after="80"/>
      </w:pPr>
      <w:r>
        <w:rPr>
          <w:b/>
          <w:sz w:val="22"/>
        </w:rPr>
        <w:t>11. RESPONSABLES Y ATENCIÓN VETERINARIA</w:t>
      </w:r>
    </w:p>
    <w:p w14:paraId="4A153E02" w14:textId="77777777" w:rsidR="00407CF5" w:rsidRDefault="00EE1A4D">
      <w:pPr>
        <w:ind w:firstLine="317"/>
        <w:jc w:val="both"/>
      </w:pPr>
      <w:r>
        <w:t>La persona responsable</w:t>
      </w:r>
      <w:r>
        <w:t xml:space="preserve"> del proyecto y contacto principal es: _________________________________________________</w:t>
      </w:r>
    </w:p>
    <w:p w14:paraId="2BF8BB41" w14:textId="77777777" w:rsidR="00407CF5" w:rsidRDefault="00EE1A4D">
      <w:pPr>
        <w:ind w:firstLine="317"/>
        <w:jc w:val="both"/>
      </w:pPr>
      <w:r>
        <w:t>Correo electrónico: ______________________________________  Teléfono: _________________________________</w:t>
      </w:r>
    </w:p>
    <w:p w14:paraId="00346F01" w14:textId="77777777" w:rsidR="00407CF5" w:rsidRDefault="00EE1A4D">
      <w:pPr>
        <w:ind w:firstLine="317"/>
        <w:jc w:val="both"/>
      </w:pPr>
      <w:r>
        <w:t>En caso de dudas, eventos adversos o necesidad de atención rela</w:t>
      </w:r>
      <w:r>
        <w:t>cionada con el procedimiento de investigación, podré comunicarme con el equipo responsable en los datos señalados anteriormente.</w:t>
      </w:r>
    </w:p>
    <w:p w14:paraId="76932A4A" w14:textId="77777777" w:rsidR="00407CF5" w:rsidRDefault="00EE1A4D">
      <w:pPr>
        <w:spacing w:before="140" w:after="80"/>
      </w:pPr>
      <w:r>
        <w:rPr>
          <w:b/>
          <w:sz w:val="22"/>
        </w:rPr>
        <w:t>12. CONFIDENCIALIDAD Y PROTECCIÓN DE DATOS DEL PROPIETARIO/RESPONSABLE</w:t>
      </w:r>
    </w:p>
    <w:p w14:paraId="06CA4A2E" w14:textId="77777777" w:rsidR="00407CF5" w:rsidRDefault="00EE1A4D">
      <w:pPr>
        <w:ind w:firstLine="317"/>
        <w:jc w:val="both"/>
      </w:pPr>
      <w:r>
        <w:t>Comprendo que durante la investigación pueden registrars</w:t>
      </w:r>
      <w:r>
        <w:t>e datos personales del propietario o responsable y antecedentes del animal. Estos datos serán almacenados en ______________________________ y tendrán acceso únicamente ______________________________, conforme a las condiciones institucionales y éticas apli</w:t>
      </w:r>
      <w:r>
        <w:t>cables.</w:t>
      </w:r>
    </w:p>
    <w:p w14:paraId="198C7ACA" w14:textId="77777777" w:rsidR="00407CF5" w:rsidRDefault="00EE1A4D">
      <w:pPr>
        <w:ind w:firstLine="317"/>
        <w:jc w:val="both"/>
      </w:pPr>
      <w:r>
        <w:t xml:space="preserve">Los resultados podrán ser presentados en informes, trabajos académicos, publicaciones o actividades científicas. La información personal del propietario o responsable no será divulgada de manera identificable, salvo que exista autorización expresa </w:t>
      </w:r>
      <w:r>
        <w:t>o una obligación legal aplicable.</w:t>
      </w:r>
    </w:p>
    <w:p w14:paraId="3D4F5413" w14:textId="77777777" w:rsidR="00407CF5" w:rsidRDefault="00EE1A4D">
      <w:pPr>
        <w:spacing w:before="140" w:after="80"/>
      </w:pPr>
      <w:r>
        <w:rPr>
          <w:b/>
          <w:sz w:val="22"/>
        </w:rPr>
        <w:t>13. COMUNICACIÓN DE RESULTADOS</w:t>
      </w:r>
    </w:p>
    <w:p w14:paraId="27593BB0" w14:textId="77777777" w:rsidR="00407CF5" w:rsidRDefault="00EE1A4D">
      <w:pPr>
        <w:ind w:firstLine="317"/>
        <w:jc w:val="both"/>
      </w:pPr>
      <w:r>
        <w:t>Los resultados generales de la investigación podrán ser comunicados a los propietarios o responsables mediante: ______________________________________________.</w:t>
      </w:r>
    </w:p>
    <w:p w14:paraId="2553A029" w14:textId="77777777" w:rsidR="00407CF5" w:rsidRDefault="00EE1A4D">
      <w:pPr>
        <w:ind w:firstLine="317"/>
        <w:jc w:val="both"/>
      </w:pPr>
      <w:r>
        <w:t>Los resultados científicos podr</w:t>
      </w:r>
      <w:r>
        <w:t>án difundirse mediante publicaciones, congresos, presentaciones u otros medios académicos, resguardando la confidencialidad de los datos personales y la identidad del propietario o responsable cuando corresponda.</w:t>
      </w:r>
    </w:p>
    <w:p w14:paraId="14341AD7" w14:textId="77777777" w:rsidR="00407CF5" w:rsidRDefault="00EE1A4D">
      <w:pPr>
        <w:spacing w:before="140" w:after="80"/>
      </w:pPr>
      <w:r>
        <w:rPr>
          <w:b/>
          <w:sz w:val="22"/>
        </w:rPr>
        <w:t>14. AUTORIZACIÓN VOLUNTARIA Y RETIRO DEL AN</w:t>
      </w:r>
      <w:r>
        <w:rPr>
          <w:b/>
          <w:sz w:val="22"/>
        </w:rPr>
        <w:t>IMAL</w:t>
      </w:r>
    </w:p>
    <w:p w14:paraId="2DF66AB2" w14:textId="77777777" w:rsidR="00407CF5" w:rsidRDefault="00EE1A4D">
      <w:pPr>
        <w:ind w:firstLine="317"/>
        <w:jc w:val="both"/>
      </w:pPr>
      <w:r>
        <w:t>He tenido la oportunidad de realizar preguntas sobre la investigación, sus procedimientos, riesgos, molestias, beneficios y medidas de protección del bienestar animal, y he recibido respuestas satisfactorias.</w:t>
      </w:r>
    </w:p>
    <w:p w14:paraId="6167F82B" w14:textId="77777777" w:rsidR="00407CF5" w:rsidRDefault="00EE1A4D">
      <w:pPr>
        <w:ind w:firstLine="317"/>
        <w:jc w:val="both"/>
      </w:pPr>
      <w:r>
        <w:t>Comprendo que autorizar la participación d</w:t>
      </w:r>
      <w:r>
        <w:t>el animal es una decisión voluntaria. Puedo solicitar el retiro del animal de la investigación en cualquier momento, sin que ello afecte su derecho a recibir atención veterinaria ni la relación asistencial que corresponda.</w:t>
      </w:r>
    </w:p>
    <w:p w14:paraId="6CA86ABA" w14:textId="77777777" w:rsidR="00407CF5" w:rsidRDefault="00EE1A4D">
      <w:pPr>
        <w:ind w:firstLine="317"/>
        <w:jc w:val="both"/>
      </w:pPr>
      <w:r>
        <w:t>También comprendo que el equipo d</w:t>
      </w:r>
      <w:r>
        <w:t>e investigación podrá retirar al animal del estudio cuando exista una razón relacionada con su bienestar, seguridad, criterios veterinarios o criterios humanitarios definidos en el protocolo.</w:t>
      </w:r>
    </w:p>
    <w:p w14:paraId="14134AFF" w14:textId="77777777" w:rsidR="00407CF5" w:rsidRDefault="00EE1A4D">
      <w:pPr>
        <w:spacing w:before="140" w:after="80"/>
      </w:pPr>
      <w:r>
        <w:rPr>
          <w:b/>
          <w:sz w:val="22"/>
        </w:rPr>
        <w:t>15. DECLARACIÓN DE AUTORIZACIÓN</w:t>
      </w:r>
    </w:p>
    <w:p w14:paraId="4330E1FE" w14:textId="77777777" w:rsidR="00407CF5" w:rsidRDefault="00EE1A4D">
      <w:pPr>
        <w:ind w:firstLine="317"/>
        <w:jc w:val="both"/>
      </w:pPr>
      <w:r>
        <w:t>Declaro que he leído y comprendi</w:t>
      </w:r>
      <w:r>
        <w:t>do la información contenida en este documento, o que esta me fue explicada de manera comprensible. He podido realizar preguntas y he recibido respuestas satisfactorias.</w:t>
      </w:r>
    </w:p>
    <w:p w14:paraId="455AA072" w14:textId="77777777" w:rsidR="00407CF5" w:rsidRDefault="00EE1A4D">
      <w:pPr>
        <w:ind w:firstLine="317"/>
        <w:jc w:val="both"/>
      </w:pPr>
      <w:r>
        <w:t>Como propietario(a) o responsable, autorizo voluntariamente la participación del animal</w:t>
      </w:r>
      <w:r>
        <w:t xml:space="preserve"> identificado en este documento en la investigación descrita, bajo las condiciones del protocolo aprobado y con las medidas de cuidado y bienestar animal correspondientes.</w:t>
      </w:r>
    </w:p>
    <w:p w14:paraId="40CA00B8" w14:textId="77777777" w:rsidR="00407CF5" w:rsidRDefault="00EE1A4D">
      <w:pPr>
        <w:ind w:firstLine="317"/>
        <w:jc w:val="both"/>
      </w:pPr>
      <w:r>
        <w:t>Se me ha entregado una copia de este documento para mi conocimiento y respaldo.</w:t>
      </w:r>
    </w:p>
    <w:p w14:paraId="208A5B60" w14:textId="77777777" w:rsidR="00407CF5" w:rsidRDefault="00EE1A4D">
      <w:pPr>
        <w:spacing w:before="200"/>
      </w:pPr>
      <w:r>
        <w:rPr>
          <w:b/>
          <w:sz w:val="22"/>
        </w:rPr>
        <w:t>FIRM</w:t>
      </w:r>
      <w:r>
        <w:rPr>
          <w:b/>
          <w:sz w:val="22"/>
        </w:rPr>
        <w:t>AS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407CF5" w14:paraId="6C2AB454" w14:textId="77777777">
        <w:trPr>
          <w:jc w:val="center"/>
        </w:trPr>
        <w:tc>
          <w:tcPr>
            <w:tcW w:w="4896" w:type="dxa"/>
          </w:tcPr>
          <w:p w14:paraId="76E0451E" w14:textId="77777777" w:rsidR="00407CF5" w:rsidRDefault="00EE1A4D">
            <w:pPr>
              <w:spacing w:after="60"/>
              <w:jc w:val="center"/>
            </w:pPr>
            <w:r>
              <w:rPr>
                <w:b/>
                <w:sz w:val="18"/>
              </w:rPr>
              <w:t>Firma propietario(a)/responsable</w:t>
            </w:r>
          </w:p>
        </w:tc>
        <w:tc>
          <w:tcPr>
            <w:tcW w:w="4896" w:type="dxa"/>
          </w:tcPr>
          <w:p w14:paraId="14C88889" w14:textId="77777777" w:rsidR="00407CF5" w:rsidRDefault="00EE1A4D">
            <w:pPr>
              <w:spacing w:after="60"/>
              <w:jc w:val="center"/>
            </w:pPr>
            <w:r>
              <w:rPr>
                <w:b/>
                <w:sz w:val="18"/>
              </w:rPr>
              <w:t>Firma investigador(a) responsable</w:t>
            </w:r>
          </w:p>
        </w:tc>
      </w:tr>
      <w:tr w:rsidR="00407CF5" w14:paraId="3375D1CE" w14:textId="77777777">
        <w:trPr>
          <w:jc w:val="center"/>
        </w:trPr>
        <w:tc>
          <w:tcPr>
            <w:tcW w:w="4896" w:type="dxa"/>
          </w:tcPr>
          <w:p w14:paraId="3D54DC13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________________________________</w:t>
            </w:r>
          </w:p>
        </w:tc>
        <w:tc>
          <w:tcPr>
            <w:tcW w:w="4896" w:type="dxa"/>
          </w:tcPr>
          <w:p w14:paraId="7B8B8B8E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________________________________</w:t>
            </w:r>
          </w:p>
        </w:tc>
      </w:tr>
      <w:tr w:rsidR="00407CF5" w14:paraId="6CA4CF22" w14:textId="77777777">
        <w:trPr>
          <w:jc w:val="center"/>
        </w:trPr>
        <w:tc>
          <w:tcPr>
            <w:tcW w:w="4896" w:type="dxa"/>
          </w:tcPr>
          <w:p w14:paraId="49FE9231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t>Nombre: __________________________</w:t>
            </w:r>
          </w:p>
        </w:tc>
        <w:tc>
          <w:tcPr>
            <w:tcW w:w="4896" w:type="dxa"/>
          </w:tcPr>
          <w:p w14:paraId="463B5125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t>Nombre: __________________________</w:t>
            </w:r>
          </w:p>
        </w:tc>
      </w:tr>
      <w:tr w:rsidR="00407CF5" w14:paraId="60806E7D" w14:textId="77777777">
        <w:trPr>
          <w:jc w:val="center"/>
        </w:trPr>
        <w:tc>
          <w:tcPr>
            <w:tcW w:w="4896" w:type="dxa"/>
          </w:tcPr>
          <w:p w14:paraId="09AB2B43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t>C.I.: _____________________________</w:t>
            </w:r>
            <w:r>
              <w:rPr>
                <w:sz w:val="18"/>
              </w:rPr>
              <w:br/>
              <w:t xml:space="preserve">Fecha: </w:t>
            </w:r>
            <w:r>
              <w:rPr>
                <w:sz w:val="18"/>
              </w:rPr>
              <w:t>____________________________</w:t>
            </w:r>
          </w:p>
        </w:tc>
        <w:tc>
          <w:tcPr>
            <w:tcW w:w="4896" w:type="dxa"/>
          </w:tcPr>
          <w:p w14:paraId="06A77000" w14:textId="77777777" w:rsidR="00407CF5" w:rsidRDefault="00EE1A4D">
            <w:pPr>
              <w:spacing w:after="60"/>
              <w:jc w:val="center"/>
            </w:pPr>
            <w:r>
              <w:rPr>
                <w:sz w:val="18"/>
              </w:rPr>
              <w:t>Fecha: ____________________________</w:t>
            </w:r>
          </w:p>
        </w:tc>
      </w:tr>
    </w:tbl>
    <w:p w14:paraId="3A1B9DFB" w14:textId="77777777" w:rsidR="00407CF5" w:rsidRDefault="00EE1A4D">
      <w:pPr>
        <w:spacing w:before="160"/>
        <w:jc w:val="center"/>
      </w:pPr>
      <w:r>
        <w:rPr>
          <w:b/>
        </w:rPr>
        <w:t>Ciudad: __________________________   Fecha: ____ / ____ / ______</w:t>
      </w:r>
    </w:p>
    <w:sectPr w:rsidR="00407CF5" w:rsidSect="00034616">
      <w:footerReference w:type="default" r:id="rId12"/>
      <w:pgSz w:w="12240" w:h="15840"/>
      <w:pgMar w:top="936" w:right="1224" w:bottom="936" w:left="122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201156" w14:textId="77777777" w:rsidR="00000000" w:rsidRDefault="00EE1A4D">
      <w:pPr>
        <w:spacing w:after="0" w:line="240" w:lineRule="auto"/>
      </w:pPr>
      <w:r>
        <w:separator/>
      </w:r>
    </w:p>
  </w:endnote>
  <w:endnote w:type="continuationSeparator" w:id="0">
    <w:p w14:paraId="55A85687" w14:textId="77777777" w:rsidR="00000000" w:rsidRDefault="00EE1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5B6830" w14:textId="77777777" w:rsidR="00407CF5" w:rsidRDefault="00EE1A4D">
    <w:pPr>
      <w:pStyle w:val="Piedepgina"/>
      <w:jc w:val="center"/>
    </w:pPr>
    <w:r>
      <w:rPr>
        <w:sz w:val="16"/>
      </w:rPr>
      <w:t>Comité Institucional de Cuidado y Uso de Animales (CICU</w:t>
    </w:r>
    <w:r>
      <w:rPr>
        <w:sz w:val="16"/>
      </w:rPr>
      <w:t>A-UST) | Universidad Santo Tomás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A1033" w14:textId="77777777" w:rsidR="00000000" w:rsidRDefault="00EE1A4D">
      <w:pPr>
        <w:spacing w:after="0" w:line="240" w:lineRule="auto"/>
      </w:pPr>
      <w:r>
        <w:separator/>
      </w:r>
    </w:p>
  </w:footnote>
  <w:footnote w:type="continuationSeparator" w:id="0">
    <w:p w14:paraId="442E27FB" w14:textId="77777777" w:rsidR="00000000" w:rsidRDefault="00EE1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07CF5"/>
    <w:rsid w:val="00AA1D8D"/>
    <w:rsid w:val="00B47730"/>
    <w:rsid w:val="00CB0664"/>
    <w:rsid w:val="00EE1A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923382"/>
  <w14:defaultImageDpi w14:val="300"/>
  <w15:docId w15:val="{F4440BE4-12D2-4493-BB4A-ED6A94C7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455873F37BEC4F9F79ED8CA255EEA4" ma:contentTypeVersion="18" ma:contentTypeDescription="Create a new document." ma:contentTypeScope="" ma:versionID="74b6e3aba6f11016c02f8fd3c89cf76d">
  <xsd:schema xmlns:xsd="http://www.w3.org/2001/XMLSchema" xmlns:xs="http://www.w3.org/2001/XMLSchema" xmlns:p="http://schemas.microsoft.com/office/2006/metadata/properties" xmlns:ns3="54a9599f-93a2-431e-b206-7bc3d3d6fff9" xmlns:ns4="d1778a29-f69b-496b-9152-000cfcb6c173" targetNamespace="http://schemas.microsoft.com/office/2006/metadata/properties" ma:root="true" ma:fieldsID="92be20b7600330ad3000ed5925b2e8db" ns3:_="" ns4:_="">
    <xsd:import namespace="54a9599f-93a2-431e-b206-7bc3d3d6fff9"/>
    <xsd:import namespace="d1778a29-f69b-496b-9152-000cfcb6c1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9599f-93a2-431e-b206-7bc3d3d6f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778a29-f69b-496b-9152-000cfcb6c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4a9599f-93a2-431e-b206-7bc3d3d6fff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676D8A8-1507-485D-B8A2-C67275E03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9599f-93a2-431e-b206-7bc3d3d6fff9"/>
    <ds:schemaRef ds:uri="d1778a29-f69b-496b-9152-000cfcb6c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1519F4-50F1-44BE-B8F9-B63E41B1D6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40575D-49C4-433E-BD50-A9A013605B98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d1778a29-f69b-496b-9152-000cfcb6c173"/>
    <ds:schemaRef ds:uri="http://schemas.microsoft.com/office/infopath/2007/PartnerControls"/>
    <ds:schemaRef ds:uri="54a9599f-93a2-431e-b206-7bc3d3d6fff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A4481CF-0222-4C8A-9423-04A2F6F81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1316</Words>
  <Characters>7240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Carvallo</dc:creator>
  <cp:keywords/>
  <dc:description>generated by python-docx</dc:description>
  <cp:lastModifiedBy>Claudia Andrea Carvallo Varas</cp:lastModifiedBy>
  <cp:revision>2</cp:revision>
  <dcterms:created xsi:type="dcterms:W3CDTF">2026-08-26T16:40:00Z</dcterms:created>
  <dcterms:modified xsi:type="dcterms:W3CDTF">2026-08-26T16:40:00Z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0x010100C4455873F37BEC4F9F79ED8CA255EEA4</vt:lpwstr>
  </property>
</Properties>
</file>