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13407" w14:textId="77777777" w:rsidR="005C5BCD" w:rsidRDefault="007B57F5">
      <w:pPr>
        <w:spacing w:after="60"/>
        <w:jc w:val="center"/>
      </w:pPr>
      <w:r>
        <w:rPr>
          <w:noProof/>
        </w:rPr>
        <w:drawing>
          <wp:inline distT="0" distB="0" distL="0" distR="0" wp14:anchorId="45347840" wp14:editId="08F6038C">
            <wp:extent cx="960120" cy="960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_log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E2CE" w14:textId="77777777" w:rsidR="005C5BCD" w:rsidRDefault="007B57F5">
      <w:pPr>
        <w:spacing w:after="20"/>
        <w:jc w:val="center"/>
      </w:pPr>
      <w:r>
        <w:rPr>
          <w:b/>
          <w:sz w:val="28"/>
        </w:rPr>
        <w:t>CARTA DE CONOCIMIENTO</w:t>
      </w:r>
    </w:p>
    <w:p w14:paraId="300AF930" w14:textId="77777777" w:rsidR="005C5BCD" w:rsidRDefault="007B57F5">
      <w:pPr>
        <w:spacing w:after="20"/>
        <w:jc w:val="center"/>
      </w:pPr>
      <w:r>
        <w:rPr>
          <w:b/>
          <w:sz w:val="24"/>
        </w:rPr>
        <w:t>DEL (LA) RESPONSABLE DEL ESTABLECIMIENTO</w:t>
      </w:r>
    </w:p>
    <w:p w14:paraId="3006861F" w14:textId="77777777" w:rsidR="005C5BCD" w:rsidRDefault="007B57F5">
      <w:pPr>
        <w:spacing w:after="240"/>
        <w:jc w:val="center"/>
      </w:pPr>
      <w:r>
        <w:rPr>
          <w:b/>
        </w:rPr>
        <w:t>Comité Institucional de Cuidado y Uso de Animales (CICUA-UST)</w:t>
      </w:r>
    </w:p>
    <w:p w14:paraId="05542B62" w14:textId="77777777" w:rsidR="005C5BCD" w:rsidRDefault="007B57F5">
      <w:pPr>
        <w:ind w:firstLine="360"/>
        <w:jc w:val="both"/>
      </w:pPr>
      <w:r>
        <w:t xml:space="preserve">Yo (Nombre de director(a) o responsable del establecimiento), como responsable de este establecimiento (nombre del </w:t>
      </w:r>
      <w:r>
        <w:t>establecimiento), estoy en conocimiento de que se pretende ejecutar el proyecto de investigación titulado (título del proyecto, fondo o concurso al que pertenece), dirigido por el (la) investigador(a) responsable don/ña (nombre del investigador(a) responsa</w:t>
      </w:r>
      <w:r>
        <w:t>ble).</w:t>
      </w:r>
    </w:p>
    <w:p w14:paraId="0910F318" w14:textId="77777777" w:rsidR="005C5BCD" w:rsidRDefault="007B57F5">
      <w:pPr>
        <w:ind w:firstLine="360"/>
        <w:jc w:val="both"/>
      </w:pPr>
      <w:r>
        <w:t>Como responsable, estoy al tanto de la naturaleza y de los objetivos de esta investigación, en la cual se contempla el trabajo con animales mediante (observación, manejo, procedimientos, toma de muestras, intervenciones u otras actividades; especific</w:t>
      </w:r>
      <w:r>
        <w:t>ar según corresponda), de acuerdo con lo descrito en el protocolo de investigación.</w:t>
      </w:r>
    </w:p>
    <w:p w14:paraId="6A4AA4CD" w14:textId="77777777" w:rsidR="005C5BCD" w:rsidRDefault="007B57F5">
      <w:pPr>
        <w:ind w:firstLine="360"/>
        <w:jc w:val="both"/>
      </w:pPr>
      <w:r>
        <w:t>Asimismo, entiendo que el trabajo con animales deberá realizarse bajo condiciones que resguarden su bienestar y que los procedimientos, manejo, alojamiento, transporte, int</w:t>
      </w:r>
      <w:r>
        <w:t>ervenciones y/o toma de muestras, cuando corresponda, deberán ajustarse a las condiciones establecidas en el protocolo aprobado por las instancias éticas y administrativas que correspondan.</w:t>
      </w:r>
    </w:p>
    <w:p w14:paraId="4CA13872" w14:textId="77777777" w:rsidR="005C5BCD" w:rsidRDefault="007B57F5">
      <w:pPr>
        <w:ind w:firstLine="360"/>
        <w:jc w:val="both"/>
      </w:pPr>
      <w:r>
        <w:t>También entiendo que la participación de las personas que pertenec</w:t>
      </w:r>
      <w:r>
        <w:t>en a este establecimiento (funcionarios(as), dependientes, estudiantes, docentes, profesionales, técnicos(as), entre otros) en las actividades asociadas al proyecto deberá realizarse de manera informada y voluntaria, cuando corresponda, y que la informació</w:t>
      </w:r>
      <w:r>
        <w:t>n personal que pudiera recopilarse será manejada de forma confidencial, sin identificar a las personas ni a las organizaciones en documentos o publicaciones derivadas del estudio, salvo que exista autorización para ello.</w:t>
      </w:r>
    </w:p>
    <w:p w14:paraId="5FFF3D70" w14:textId="77777777" w:rsidR="005C5BCD" w:rsidRDefault="007B57F5">
      <w:pPr>
        <w:ind w:firstLine="360"/>
        <w:jc w:val="both"/>
      </w:pPr>
      <w:r>
        <w:t xml:space="preserve">La información obtenida durante el </w:t>
      </w:r>
      <w:r>
        <w:t>desarrollo de la investigación será utilizada únicamente para los fines de este estudio y estará bajo la custodia del (la) investigador(a) responsable (nombre del investigador(a) principal) por un período de (número de años de custodia) años, luego de lo c</w:t>
      </w:r>
      <w:r>
        <w:t>ual será destruida o gestionada de acuerdo con las condiciones institucionales y éticas aplicables.</w:t>
      </w:r>
    </w:p>
    <w:p w14:paraId="5DE4CB3A" w14:textId="77777777" w:rsidR="005C5BCD" w:rsidRDefault="007B57F5">
      <w:pPr>
        <w:spacing w:after="120"/>
        <w:ind w:left="360"/>
      </w:pPr>
      <w:r>
        <w:t>_____ (sí o no) acepto que se señale el nombre de la organización o establecimiento en los resultados de la investigación.</w:t>
      </w:r>
    </w:p>
    <w:p w14:paraId="2D554C3C" w14:textId="77777777" w:rsidR="005C5BCD" w:rsidRDefault="007B57F5">
      <w:pPr>
        <w:spacing w:after="120"/>
        <w:ind w:left="360"/>
      </w:pPr>
      <w:r>
        <w:t>_____ (sí o no) me interesa conoc</w:t>
      </w:r>
      <w:r>
        <w:t>er los resultados de la investigación.</w:t>
      </w:r>
    </w:p>
    <w:p w14:paraId="3C5A5D4F" w14:textId="77777777" w:rsidR="005C5BCD" w:rsidRDefault="007B57F5">
      <w:pPr>
        <w:ind w:firstLine="360"/>
        <w:jc w:val="both"/>
      </w:pPr>
      <w:r>
        <w:t xml:space="preserve">He tenido la oportunidad de realizar preguntas respecto de la investigación y estas han sido respondidas satisfactoriamente. No tengo dudas al respecto y, por lo tanto, manifiesto mi conocimiento y conformidad con la </w:t>
      </w:r>
      <w:r>
        <w:t>realización de las actividades descritas en las dependencias del establecimiento, dentro de las condiciones previamente informadas.</w:t>
      </w:r>
    </w:p>
    <w:p w14:paraId="71BA6C6C" w14:textId="77777777" w:rsidR="005C5BCD" w:rsidRDefault="007B57F5">
      <w:pPr>
        <w:ind w:firstLine="360"/>
        <w:jc w:val="both"/>
      </w:pPr>
      <w:r>
        <w:t xml:space="preserve">Dicho lo anterior, doy mi autorización para que el proyecto pueda ser realizado en las dependencias del establecimiento que </w:t>
      </w:r>
      <w:r>
        <w:t>dirijo, siempre y cuando cuente con las aprobaciones éticas e institucionales correspondientes y se desarrolle bajo las condiciones establecidas en el protocolo aprobado, especialmente aquellas relacionadas con el cuidado, manejo y bienestar de los animale</w:t>
      </w:r>
      <w:r>
        <w:t>s involucrados.</w:t>
      </w:r>
    </w:p>
    <w:p w14:paraId="17DE6B71" w14:textId="77777777" w:rsidR="005C5BCD" w:rsidRDefault="007B57F5">
      <w:pPr>
        <w:ind w:firstLine="360"/>
        <w:jc w:val="both"/>
      </w:pPr>
      <w:r>
        <w:t>Entiendo que ante cualquier duda o consulta respecto de la investigación se puede contactar al (la) investigador(a) responsable (nombre, correo electrónico y teléfono). Asimismo, ante algún reclamo o inquietud relacionado con el cumplimient</w:t>
      </w:r>
      <w:r>
        <w:t>o de las condiciones éticas o de cuidado y uso de animales, se puede contactar al (la) Presidente(a) del Comité Institucional de Cuidado y Uso de Animales de la Universidad Santo Tomás, a través de los datos institucionales correspondientes.</w:t>
      </w:r>
    </w:p>
    <w:p w14:paraId="4ACC796F" w14:textId="77777777" w:rsidR="005C5BCD" w:rsidRDefault="007B57F5">
      <w:pPr>
        <w:ind w:firstLine="360"/>
        <w:jc w:val="both"/>
      </w:pPr>
      <w:r>
        <w:lastRenderedPageBreak/>
        <w:t>Para formaliza</w:t>
      </w:r>
      <w:r>
        <w:t>r el conocimiento y autorización para este estudio, firmo a continuación.</w:t>
      </w:r>
    </w:p>
    <w:p w14:paraId="215B77AF" w14:textId="77777777" w:rsidR="005C5BCD" w:rsidRDefault="007B57F5">
      <w:pPr>
        <w:spacing w:before="160" w:after="240"/>
        <w:rPr>
          <w:b/>
        </w:rPr>
      </w:pPr>
      <w:proofErr w:type="spellStart"/>
      <w:r>
        <w:rPr>
          <w:b/>
        </w:rPr>
        <w:t>Atentamente</w:t>
      </w:r>
      <w:proofErr w:type="spellEnd"/>
      <w:r>
        <w:rPr>
          <w:b/>
        </w:rPr>
        <w:t>,</w:t>
      </w:r>
    </w:p>
    <w:p w14:paraId="4D0B3EAE" w14:textId="77777777" w:rsidR="007B57F5" w:rsidRDefault="007B57F5">
      <w:pPr>
        <w:spacing w:before="160" w:after="240"/>
      </w:pPr>
    </w:p>
    <w:p w14:paraId="43706557" w14:textId="77777777" w:rsidR="007B57F5" w:rsidRDefault="007B57F5">
      <w:pPr>
        <w:spacing w:before="160" w:after="240"/>
      </w:pPr>
    </w:p>
    <w:p w14:paraId="49EC8310" w14:textId="77777777" w:rsidR="007B57F5" w:rsidRDefault="007B57F5">
      <w:pPr>
        <w:spacing w:before="160" w:after="240"/>
      </w:pPr>
      <w:bookmarkStart w:id="0" w:name="_GoBack"/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48"/>
      </w:tblGrid>
      <w:tr w:rsidR="005C5BCD" w14:paraId="156B4DC0" w14:textId="77777777">
        <w:trPr>
          <w:jc w:val="center"/>
        </w:trPr>
        <w:tc>
          <w:tcPr>
            <w:tcW w:w="96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16CC918" w14:textId="77777777" w:rsidR="005C5BCD" w:rsidRDefault="007B57F5">
            <w:pPr>
              <w:spacing w:after="60"/>
              <w:jc w:val="center"/>
            </w:pPr>
            <w:r>
              <w:rPr>
                <w:b/>
                <w:sz w:val="20"/>
              </w:rPr>
              <w:t>FIRMA</w:t>
            </w:r>
            <w:r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br/>
              <w:t>NOMBRE DEL DIRECTOR(A) / RESPONSABLE DEL ESTABLECIMIENTO</w:t>
            </w:r>
            <w:r>
              <w:rPr>
                <w:b/>
                <w:sz w:val="20"/>
              </w:rPr>
              <w:br/>
              <w:t>CORREO ELECTRÓNICO - TELÉFONO</w:t>
            </w:r>
          </w:p>
        </w:tc>
      </w:tr>
    </w:tbl>
    <w:p w14:paraId="509282C9" w14:textId="77777777" w:rsidR="005C5BCD" w:rsidRDefault="007B57F5">
      <w:pPr>
        <w:spacing w:before="200" w:after="200"/>
        <w:jc w:val="center"/>
      </w:pPr>
      <w:r>
        <w:t>(Ciudad), (día) del mes de (mes) del (año)</w:t>
      </w:r>
    </w:p>
    <w:p w14:paraId="1FB0302A" w14:textId="77777777" w:rsidR="005C5BCD" w:rsidRDefault="007B57F5">
      <w:pPr>
        <w:spacing w:before="80" w:after="0"/>
        <w:jc w:val="both"/>
      </w:pPr>
      <w:r>
        <w:t xml:space="preserve">La presente Carta de </w:t>
      </w:r>
      <w:r>
        <w:t>Conocimiento y Autorización se firma en tres ejemplares. Uno de los documentos queda en poder del (la) investigador(a), otro en poder del (la) responsable del establecimiento y una última copia es remitida al Comité Institucional de Cuidado y Uso de Animal</w:t>
      </w:r>
      <w:r>
        <w:t>es de la Universidad Santo Tomás. En caso de ser documentos digitales, se procede de la misma forma vía correo electrónico.</w:t>
      </w:r>
    </w:p>
    <w:sectPr w:rsidR="005C5BCD" w:rsidSect="00034616">
      <w:footerReference w:type="default" r:id="rId12"/>
      <w:pgSz w:w="12240" w:h="15840"/>
      <w:pgMar w:top="936" w:right="1296" w:bottom="936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50910" w14:textId="77777777" w:rsidR="00000000" w:rsidRDefault="007B57F5">
      <w:pPr>
        <w:spacing w:after="0" w:line="240" w:lineRule="auto"/>
      </w:pPr>
      <w:r>
        <w:separator/>
      </w:r>
    </w:p>
  </w:endnote>
  <w:endnote w:type="continuationSeparator" w:id="0">
    <w:p w14:paraId="08A39B7E" w14:textId="77777777" w:rsidR="00000000" w:rsidRDefault="007B57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48EC4" w14:textId="77777777" w:rsidR="005C5BCD" w:rsidRDefault="007B57F5">
    <w:pPr>
      <w:pStyle w:val="Piedepgina"/>
      <w:jc w:val="center"/>
    </w:pPr>
    <w:r>
      <w:rPr>
        <w:sz w:val="16"/>
      </w:rPr>
      <w:t xml:space="preserve">Comité Institucional de Cuidado y Uso de Animales (CICUA-UST) </w:t>
    </w:r>
    <w:r>
      <w:rPr>
        <w:sz w:val="16"/>
      </w:rPr>
      <w:t>| Universidad Santo Tomás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B320B" w14:textId="77777777" w:rsidR="00000000" w:rsidRDefault="007B57F5">
      <w:pPr>
        <w:spacing w:after="0" w:line="240" w:lineRule="auto"/>
      </w:pPr>
      <w:r>
        <w:separator/>
      </w:r>
    </w:p>
  </w:footnote>
  <w:footnote w:type="continuationSeparator" w:id="0">
    <w:p w14:paraId="6EE1EC38" w14:textId="77777777" w:rsidR="00000000" w:rsidRDefault="007B57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5BCD"/>
    <w:rsid w:val="007B57F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7E332B"/>
  <w14:defaultImageDpi w14:val="300"/>
  <w15:docId w15:val="{F4440BE4-12D2-4493-BB4A-ED6A94C7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455873F37BEC4F9F79ED8CA255EEA4" ma:contentTypeVersion="18" ma:contentTypeDescription="Create a new document." ma:contentTypeScope="" ma:versionID="74b6e3aba6f11016c02f8fd3c89cf76d">
  <xsd:schema xmlns:xsd="http://www.w3.org/2001/XMLSchema" xmlns:xs="http://www.w3.org/2001/XMLSchema" xmlns:p="http://schemas.microsoft.com/office/2006/metadata/properties" xmlns:ns3="54a9599f-93a2-431e-b206-7bc3d3d6fff9" xmlns:ns4="d1778a29-f69b-496b-9152-000cfcb6c173" targetNamespace="http://schemas.microsoft.com/office/2006/metadata/properties" ma:root="true" ma:fieldsID="92be20b7600330ad3000ed5925b2e8db" ns3:_="" ns4:_="">
    <xsd:import namespace="54a9599f-93a2-431e-b206-7bc3d3d6fff9"/>
    <xsd:import namespace="d1778a29-f69b-496b-9152-000cfcb6c1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9599f-93a2-431e-b206-7bc3d3d6f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78a29-f69b-496b-9152-000cfcb6c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a9599f-93a2-431e-b206-7bc3d3d6ff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BC9E80-EBD9-420A-9CF0-3FAC94BF3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9599f-93a2-431e-b206-7bc3d3d6fff9"/>
    <ds:schemaRef ds:uri="d1778a29-f69b-496b-9152-000cfcb6c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F254A-7BB1-42CC-B09D-A28E3E7972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AEBD1-30D8-446F-A3A6-75128E5699A2}">
  <ds:schemaRefs>
    <ds:schemaRef ds:uri="http://purl.org/dc/elements/1.1/"/>
    <ds:schemaRef ds:uri="http://purl.org/dc/dcmitype/"/>
    <ds:schemaRef ds:uri="http://schemas.microsoft.com/office/2006/documentManagement/types"/>
    <ds:schemaRef ds:uri="d1778a29-f69b-496b-9152-000cfcb6c173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54a9599f-93a2-431e-b206-7bc3d3d6fff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8795E8C-F423-4CF1-B4E4-86BDEAB1C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646</Words>
  <Characters>3553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Carvallo</dc:creator>
  <cp:keywords/>
  <dc:description>generated by python-docx</dc:description>
  <cp:lastModifiedBy>Claudia Andrea Carvallo Varas</cp:lastModifiedBy>
  <cp:revision>2</cp:revision>
  <dcterms:created xsi:type="dcterms:W3CDTF">2026-08-26T16:22:00Z</dcterms:created>
  <dcterms:modified xsi:type="dcterms:W3CDTF">2026-08-26T16:22:00Z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0x010100C4455873F37BEC4F9F79ED8CA255EEA4</vt:lpwstr>
  </property>
</Properties>
</file>